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자재승인요청서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자재명·규격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제조사(제조원)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사용부위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첨부서류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반입예정일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