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인력투입계획서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직종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투입인원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투입기간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비고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