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준공검사원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기재 내용</w:t>
            </w:r>
          </w:p>
        </w:tc>
      </w:tr>
      <w:tr>
        <w:tc>
          <w:tcPr>
            <w:tcW w:type="dxa" w:w="4320"/>
          </w:tcPr>
          <w:p>
            <w:r>
              <w:t>계약건명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준공(완료)일자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검사희망일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첨부서류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jc w:val="left"/>
      </w:pPr>
    </w:p>
    <w:p>
      <w:pPr>
        <w:jc w:val="left"/>
      </w:pPr>
      <w:r>
        <w:t>위와 같이 제출합니다.</w:t>
      </w:r>
    </w:p>
    <w:p>
      <w:pPr>
        <w:jc w:val="left"/>
      </w:pPr>
    </w:p>
    <w:p>
      <w:pPr>
        <w:jc w:val="right"/>
      </w:pPr>
      <w:r>
        <w:t>20    년      월      일</w:t>
      </w:r>
    </w:p>
    <w:p>
      <w:pPr>
        <w:jc w:val="left"/>
      </w:pPr>
    </w:p>
    <w:p>
      <w:pPr>
        <w:jc w:val="left"/>
      </w:pPr>
      <w:r>
        <w:t xml:space="preserve">상호(법인명):                          </w:t>
      </w:r>
    </w:p>
    <w:p>
      <w:pPr>
        <w:jc w:val="right"/>
      </w:pPr>
      <w:r>
        <w:t>대표자:                     (인)</w:t>
      </w:r>
    </w:p>
    <w:p>
      <w:pPr>
        <w:jc w:val="left"/>
      </w:pPr>
    </w:p>
    <w:p>
      <w:pPr>
        <w:jc w:val="left"/>
      </w:pPr>
      <w:r>
        <w:t>(수신) 발주기관/거래처 귀중</w:t>
      </w:r>
    </w:p>
    <w:p>
      <w:pPr>
        <w:jc w:val="right"/>
      </w:pPr>
      <w:r>
        <w:rPr>
          <w:sz w:val="16"/>
        </w:rPr>
        <w:t>실무폼 silmuform.com 자체제작 — 자유 이용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